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8FAD1" w14:textId="6E1AE410" w:rsidR="00CB50D5" w:rsidRPr="00CB50D5" w:rsidRDefault="00CB50D5" w:rsidP="00CB50D5">
      <w:pPr>
        <w:pStyle w:val="Titolo1"/>
        <w:jc w:val="right"/>
        <w:rPr>
          <w:rFonts w:ascii="Verdana" w:eastAsiaTheme="minorEastAsia" w:hAnsi="Verdana" w:cstheme="minorBidi"/>
          <w:b w:val="0"/>
          <w:bCs w:val="0"/>
          <w:color w:val="auto"/>
          <w:sz w:val="22"/>
          <w:szCs w:val="22"/>
          <w:lang w:val="it-IT"/>
        </w:rPr>
      </w:pPr>
      <w:r w:rsidRPr="00CB50D5">
        <w:rPr>
          <w:rFonts w:ascii="Verdana" w:eastAsiaTheme="minorEastAsia" w:hAnsi="Verdana" w:cstheme="minorBidi"/>
          <w:b w:val="0"/>
          <w:bCs w:val="0"/>
          <w:color w:val="auto"/>
          <w:sz w:val="22"/>
          <w:szCs w:val="22"/>
          <w:lang w:val="it-IT"/>
        </w:rPr>
        <w:t>Al Comune di Tonara</w:t>
      </w:r>
    </w:p>
    <w:p w14:paraId="5892EB62" w14:textId="613726D1" w:rsidR="00AF017C" w:rsidRPr="00CB50D5" w:rsidRDefault="0066141B">
      <w:pPr>
        <w:pStyle w:val="Titolo1"/>
        <w:jc w:val="center"/>
        <w:rPr>
          <w:rFonts w:ascii="Verdana" w:eastAsiaTheme="minorEastAsia" w:hAnsi="Verdana" w:cstheme="minorBidi"/>
          <w:b w:val="0"/>
          <w:bCs w:val="0"/>
          <w:color w:val="auto"/>
          <w:sz w:val="22"/>
          <w:szCs w:val="22"/>
          <w:lang w:val="it-IT"/>
        </w:rPr>
      </w:pPr>
      <w:r w:rsidRPr="00CB50D5">
        <w:rPr>
          <w:rFonts w:ascii="Verdana" w:eastAsiaTheme="minorEastAsia" w:hAnsi="Verdana" w:cstheme="minorBidi"/>
          <w:b w:val="0"/>
          <w:bCs w:val="0"/>
          <w:color w:val="auto"/>
          <w:sz w:val="22"/>
          <w:szCs w:val="22"/>
          <w:lang w:val="it-IT"/>
        </w:rPr>
        <w:t>MANIFESTAZIONE DI INTERESSE</w:t>
      </w:r>
    </w:p>
    <w:p w14:paraId="4CACC339" w14:textId="77777777" w:rsidR="00CB50D5" w:rsidRDefault="00CB50D5" w:rsidP="00CB50D5">
      <w:pPr>
        <w:jc w:val="both"/>
        <w:rPr>
          <w:b/>
        </w:rPr>
      </w:pPr>
    </w:p>
    <w:p w14:paraId="175CF2A2" w14:textId="59B1CEAC" w:rsidR="00AF017C" w:rsidRPr="00CB50D5" w:rsidRDefault="0066141B" w:rsidP="00CB50D5">
      <w:pPr>
        <w:jc w:val="both"/>
        <w:rPr>
          <w:rFonts w:ascii="Verdana" w:hAnsi="Verdana"/>
          <w:lang w:val="it-IT"/>
        </w:rPr>
      </w:pPr>
      <w:r w:rsidRPr="00CB50D5">
        <w:rPr>
          <w:rFonts w:ascii="Verdana" w:hAnsi="Verdana"/>
          <w:b/>
          <w:lang w:val="it-IT"/>
        </w:rPr>
        <w:t xml:space="preserve">Oggetto: </w:t>
      </w:r>
      <w:r w:rsidRPr="00CB50D5">
        <w:rPr>
          <w:rFonts w:ascii="Verdana" w:hAnsi="Verdana"/>
          <w:lang w:val="it-IT"/>
        </w:rPr>
        <w:t>Manifestazione di interesse per l'inserimento allo Spazio Bimbi del Comune di Tonara – Anno educativo 2026/2027.</w:t>
      </w:r>
    </w:p>
    <w:p w14:paraId="63D4F722" w14:textId="2769AA2D" w:rsidR="00AF017C" w:rsidRDefault="0066141B" w:rsidP="00CB50D5">
      <w:r w:rsidRPr="00CB50D5">
        <w:rPr>
          <w:lang w:val="it-IT"/>
        </w:rPr>
        <w:br/>
      </w:r>
      <w:r w:rsidRPr="00CB50D5">
        <w:rPr>
          <w:lang w:val="it-IT"/>
        </w:rPr>
        <w:br/>
        <w:t>Il/La sottoscritto/a ________________________________________,</w:t>
      </w:r>
      <w:r w:rsidRPr="00CB50D5">
        <w:rPr>
          <w:lang w:val="it-IT"/>
        </w:rPr>
        <w:t>nato/a a __________________________ il ___/___/______,</w:t>
      </w:r>
      <w:r w:rsidRPr="00CB50D5">
        <w:rPr>
          <w:lang w:val="it-IT"/>
        </w:rPr>
        <w:t>residente in ________________________________________________,</w:t>
      </w:r>
      <w:r w:rsidR="00CB50D5">
        <w:rPr>
          <w:lang w:val="it-IT"/>
        </w:rPr>
        <w:t xml:space="preserve"> via_____________________</w:t>
      </w:r>
      <w:r w:rsidRPr="00CB50D5">
        <w:rPr>
          <w:lang w:val="it-IT"/>
        </w:rPr>
        <w:br/>
        <w:t>Codice Fiscale _______________________________________________,</w:t>
      </w:r>
      <w:r w:rsidRPr="00CB50D5">
        <w:rPr>
          <w:lang w:val="it-IT"/>
        </w:rPr>
        <w:br/>
        <w:t>telefono ____________________ e-mail __________________________,</w:t>
      </w:r>
      <w:r w:rsidRPr="00CB50D5">
        <w:rPr>
          <w:lang w:val="it-IT"/>
        </w:rPr>
        <w:br/>
      </w:r>
      <w:r w:rsidRPr="00CB50D5">
        <w:rPr>
          <w:lang w:val="it-IT"/>
        </w:rPr>
        <w:br/>
      </w:r>
      <w:r w:rsidRPr="00CB50D5">
        <w:rPr>
          <w:lang w:val="it-IT"/>
        </w:rPr>
        <w:t>in qualità di genitore/tutore del minore</w:t>
      </w:r>
      <w:r w:rsidRPr="00CB50D5">
        <w:rPr>
          <w:lang w:val="it-IT"/>
        </w:rPr>
        <w:br/>
      </w:r>
      <w:r w:rsidRPr="00CB50D5">
        <w:rPr>
          <w:lang w:val="it-IT"/>
        </w:rPr>
        <w:br/>
        <w:t>Nome e Cognome ______________________________________________,</w:t>
      </w:r>
      <w:r w:rsidRPr="00CB50D5">
        <w:rPr>
          <w:lang w:val="it-IT"/>
        </w:rPr>
        <w:br/>
        <w:t>nato/a il ___/___/______,</w:t>
      </w:r>
      <w:r w:rsidRPr="00CB50D5">
        <w:rPr>
          <w:lang w:val="it-IT"/>
        </w:rPr>
        <w:br/>
      </w:r>
      <w:r w:rsidRPr="00CB50D5">
        <w:rPr>
          <w:lang w:val="it-IT"/>
        </w:rPr>
        <w:br/>
        <w:t>MANIFESTA</w:t>
      </w:r>
      <w:r w:rsidRPr="00CB50D5">
        <w:rPr>
          <w:lang w:val="it-IT"/>
        </w:rPr>
        <w:br/>
      </w:r>
      <w:r w:rsidRPr="00CB50D5">
        <w:rPr>
          <w:lang w:val="it-IT"/>
        </w:rPr>
        <w:br/>
        <w:t>il proprio interesse all'inserimento del/della minore presso il servizio "Spazio Bimbi" del Comune di Tonara per l'anno educativo 2026/2027.</w:t>
      </w:r>
      <w:r w:rsidRPr="00CB50D5">
        <w:rPr>
          <w:lang w:val="it-IT"/>
        </w:rPr>
        <w:br/>
      </w:r>
      <w:r w:rsidRPr="00CB50D5">
        <w:rPr>
          <w:lang w:val="it-IT"/>
        </w:rPr>
        <w:br/>
        <w:t>A tal fine dichiara di:</w:t>
      </w:r>
      <w:r w:rsidRPr="00CB50D5">
        <w:rPr>
          <w:lang w:val="it-IT"/>
        </w:rPr>
        <w:br/>
        <w:t>- essere a conoscenza che la presente costituisce manifestazione di interesse e non comporta l'automatica ammissione al servizio;</w:t>
      </w:r>
      <w:r w:rsidRPr="00CB50D5">
        <w:rPr>
          <w:lang w:val="it-IT"/>
        </w:rPr>
        <w:br/>
      </w:r>
      <w:r w:rsidRPr="00CB50D5">
        <w:rPr>
          <w:lang w:val="it-IT"/>
        </w:rPr>
        <w:t>- impegnarsi a presentare l'eventuale documentazione richiesta dal Comune nei termini stabiliti;</w:t>
      </w:r>
      <w:r w:rsidRPr="00CB50D5">
        <w:rPr>
          <w:lang w:val="it-IT"/>
        </w:rPr>
        <w:br/>
        <w:t>- autorizzare il trattamento dei dati personali ai sensi del Regolamento (UE) 2016/679 (GDPR) e della normativa vigente, esclusivamente per le finalità connesse al presente procedimento.</w:t>
      </w:r>
      <w:r w:rsidRPr="00CB50D5">
        <w:rPr>
          <w:lang w:val="it-IT"/>
        </w:rPr>
        <w:br/>
      </w:r>
      <w:r w:rsidRPr="00CB50D5">
        <w:rPr>
          <w:lang w:val="it-IT"/>
        </w:rPr>
        <w:br/>
      </w:r>
      <w:proofErr w:type="spellStart"/>
      <w:r>
        <w:t>Luogo</w:t>
      </w:r>
      <w:proofErr w:type="spellEnd"/>
      <w:r>
        <w:t xml:space="preserve"> e data: _______________________________</w:t>
      </w:r>
      <w:r>
        <w:br/>
      </w:r>
      <w:r>
        <w:br/>
      </w:r>
      <w:r w:rsidR="00CB50D5">
        <w:t xml:space="preserve">                                                                                                                                   </w:t>
      </w:r>
      <w:proofErr w:type="spellStart"/>
      <w:r>
        <w:t>Firma</w:t>
      </w:r>
      <w:proofErr w:type="spellEnd"/>
      <w:r>
        <w:t xml:space="preserve"> del </w:t>
      </w:r>
      <w:proofErr w:type="spellStart"/>
      <w:r>
        <w:t>richiedente</w:t>
      </w:r>
      <w:proofErr w:type="spellEnd"/>
      <w:r>
        <w:br/>
      </w:r>
      <w:r>
        <w:br/>
      </w:r>
      <w:r w:rsidR="00CB50D5">
        <w:t xml:space="preserve">                                                                                                    </w:t>
      </w:r>
      <w:r>
        <w:t>_____________________________________________</w:t>
      </w:r>
      <w:r>
        <w:br/>
      </w:r>
    </w:p>
    <w:sectPr w:rsidR="00AF017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1081422">
    <w:abstractNumId w:val="8"/>
  </w:num>
  <w:num w:numId="2" w16cid:durableId="795954428">
    <w:abstractNumId w:val="6"/>
  </w:num>
  <w:num w:numId="3" w16cid:durableId="713653531">
    <w:abstractNumId w:val="5"/>
  </w:num>
  <w:num w:numId="4" w16cid:durableId="1819110321">
    <w:abstractNumId w:val="4"/>
  </w:num>
  <w:num w:numId="5" w16cid:durableId="8913165">
    <w:abstractNumId w:val="7"/>
  </w:num>
  <w:num w:numId="6" w16cid:durableId="729621253">
    <w:abstractNumId w:val="3"/>
  </w:num>
  <w:num w:numId="7" w16cid:durableId="1772434099">
    <w:abstractNumId w:val="2"/>
  </w:num>
  <w:num w:numId="8" w16cid:durableId="1353262202">
    <w:abstractNumId w:val="1"/>
  </w:num>
  <w:num w:numId="9" w16cid:durableId="263609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5A26"/>
    <w:rsid w:val="00326F90"/>
    <w:rsid w:val="007B4060"/>
    <w:rsid w:val="00AA1D8D"/>
    <w:rsid w:val="00AF017C"/>
    <w:rsid w:val="00B47730"/>
    <w:rsid w:val="00CB0664"/>
    <w:rsid w:val="00CB50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33ACE5"/>
  <w14:defaultImageDpi w14:val="300"/>
  <w15:docId w15:val="{6EE0CF71-A97D-4620-958F-ECB91BB2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Ufficio Assistente Sociale</cp:lastModifiedBy>
  <cp:revision>2</cp:revision>
  <dcterms:created xsi:type="dcterms:W3CDTF">2026-08-06T10:42:00Z</dcterms:created>
  <dcterms:modified xsi:type="dcterms:W3CDTF">2026-08-06T10:42:00Z</dcterms:modified>
  <cp:category/>
</cp:coreProperties>
</file>